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עיר ותחבורה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ולתת הוראות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כיוונים: ימינה, שמאלה,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לפנות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 ולבן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שזה לא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(🚌)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(🚆)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(➡️)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(⬅️)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סליחה,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הוראות הגעה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לפחות 3-4 משפטים עם הוראות ברורות וכיוונים נכונים, משתמש במילות הכיוון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אוטובוס, רכבת, תחנה, 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 - כיוון אחד, שמאלה - כיוון הפוך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לתקף את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הטקסט ולבקש מהתלמידים לעקוב עם האצבע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כיווני ימינה ושמאלה בתנועה בכיתה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- תלמיד אחד נותן הוראות והשני מנחש את המקום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הקשורות לעיר ולתחבורה, ונלמד איך לשאול ולתת הוראות הגעה למקום.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באוטובוס  ·  הפארק  ·  ישר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צריך לעשות ברמזור,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לחזור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נראה בניין הספרייה?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ישן ואדום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 ולבן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הספרייה רחוקה מאוד מבית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לפנות ימינה אחרי הרמזור.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תלך __________ עד הרמזור, ואז תפנה ימינה.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__________ תראה בניין גדול ולבן.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אפשר לנסוע __________ מספר חמש.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🚆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➡️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ימינה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⬅️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🚌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סליחה,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הוראות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הוראות הגעה מבית הספר למקום שאתם אוהבים בעיר. השתמשו במילים: ישר, ימינה, שמאלה, רחוב.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הקשורות לתחבורה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ימינה לשמאלה?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עיר ותחבורה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