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עיר ותחבורה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ולתת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כיוונים: ימינה, שמאלה,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התחנה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שזה לא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שצריך לתקף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כתוב שהספרייה אחרי הפארק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(🚌)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(➡️)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(⬅️)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סליחה,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העירונית?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הוראות הגעה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לפחות 3-4 משפטים עם הוראות ברורות וכיוונים נכונים, משתמש במילות הכיוון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 - כיוון אחד, שמאלה - כיוון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לתקף את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הטקסט ולבקש מהתלמידים לעקוב עם האצבע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כיווני ימינה ושמאלה בתנועה בכיתה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- תלמיד אחד נותן הוראות והשני מנחש את המקום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עיר ואוטובוס. נלמד לשאול איך מגיעים למקום.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עם הרבה בתים ורחובות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אוטובוס או רכבת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אדום, צהוב, ירוק -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כיוון, לא שמאלה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כיוון, לא ימינה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לפנות,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כדי לעלות לאוטובוס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שהכרטיס תקין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הספרייה נראית?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ישן ואדום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תחנה יורדים?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של האוטובוס?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קרוב לכניסה?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התחנה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הספרייה רחוקה מאוד מבית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לפנות ימינה אחרי הרמזור.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לנסוע לספרייה באוטובוס מספר חמש.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צריך לתקף כרטיס באוטובוס.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הבניין של הספרייה לפני הפארק.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תלך __________ עד הרמזור, ואז תפנה ימינה.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תראה בניין גדול ולבן.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לנסוע __________ מספר חמש.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לרדת __________ השלישית.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 תשכח __________ את הכרטיס כשעולים לאוטובוס.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ימינה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➡️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⬅️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העירונית?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סליחה,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הוראות הגעה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הוראות הגעה מבית הספר למקום שאתם אוהבים בעיר. השתמשו במילים: ישר, ימינה, שמאלה, רחוב.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ימינה לשמאלה?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שצריך לעלות לאוטובוס עם כרטיס תקף?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