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עיר ותחבורה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של עיר ותחבורה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ולתת הוראות הגעה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כיוונים: ימינה, שמאלה, ישר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לפנות ימינה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גדול ולבן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השלישית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חמש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התחנה השלישית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בטקסט כתוב שזה לא רחוק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כתוב בטקסט במפורש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בטקסט כתוב שצריך לתקף כרטיס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בטקסט כתוב שהספרייה אחרי הפארק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הפארק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באוטובוס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בתחנה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לתקף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מילה לתמונה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(🚌)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(🚆)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ג (➡️)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(⬅️)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(🚦)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(🌳)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סליחה,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מגיעים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לספרייה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העירונית?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- הוראות הגעה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כותב לפחות 3-4 משפטים עם הוראות ברורות וכיוונים נכונים, משתמש במילות הכיוון שנלמדו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מילים כמו אוטובוס, רכבת, תחנה, מונית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ימינה - כיוון אחד, שמאלה - כיוון הפוך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צריך לתקף את הכרטיס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בהשמעת הטקסט ולבקש מהתלמידים לעקוב עם האצבע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את כיווני ימינה ושמאלה בתנועה בכיתה לפני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הכתיבה מתאימה לעבודה בזוגות - תלמיד אחד נותן הוראות והשני מנחש את המקום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עיר ותחבורה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מילים הקשורות לעיר ולתחבורה, ונלמד איך לשאול ולתת הוראות הגעה למקום.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צריך לעשות ברמזור,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לפנות שמאלה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לפנות ימינה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לחזור אחורה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לעצור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נראה בניין הספרייה?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קטן וצהוב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ישן ואדום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גדול ולבן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עגול וירוק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באיזו תחנה צריך לרדת מהאוטובוס?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השלישית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הרביעית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מספר האוטובוס שאפשר לנסוע בו?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נמצא ליד הכניסה לספרייה?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התחנה השלישית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הרמזור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הפארק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 הספר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הספרייה רחוקה מאוד מבית הספר.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צריך לפנות ימינה אחרי הרמזור.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לנסוע לספרייה באוטובוס מספר חמש.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 צריך לתקף כרטיס באוטובוס.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הבניין של הספרייה לפני הפארק.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תלך __________ עד הרמזור, ואז תפנה ימינה.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אחרי __________ תראה בניין גדול ולבן.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אפשר לנסוע __________ מספר חמש.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צריך לרדת __________ השלישית.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אל תשכח __________ את הכרטיס כשעולים לאוטובוס.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מילה לתמונה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אוטובוס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🚆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רכבת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🌳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ימינה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➡️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שמאלה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🚌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רמזור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⬅️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פארק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🚦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לספרייה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סליחה,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העירונית?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מגיעים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- הוראות הגעה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הוראות הגעה מבית הספר למקום שאתם אוהבים בעיר. השתמשו במילים: ישר, ימינה, שמאלה, רחוב.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שתי מילים הקשורות לתחבורה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ימינה לשמאלה?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אומרים שצריך לעלות לאוטובוס עם כרטיס תקף?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עיר ותחבורה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